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2562" w14:textId="77777777" w:rsidR="00B11BE0" w:rsidRPr="003527FD" w:rsidRDefault="00685434" w:rsidP="003527FD">
      <w:pPr>
        <w:jc w:val="center"/>
        <w:rPr>
          <w:b/>
          <w:bCs/>
          <w:sz w:val="28"/>
          <w:szCs w:val="32"/>
          <w:lang w:val="es-MX"/>
        </w:rPr>
      </w:pPr>
      <w:r w:rsidRPr="003527FD">
        <w:rPr>
          <w:b/>
          <w:bCs/>
          <w:sz w:val="28"/>
          <w:szCs w:val="32"/>
          <w:lang w:val="es-MX"/>
        </w:rPr>
        <w:t>Plantilla de divulgación Voces LAFN</w:t>
      </w:r>
    </w:p>
    <w:p w14:paraId="0B940469" w14:textId="77777777" w:rsidR="00B11BE0" w:rsidRPr="003527FD" w:rsidRDefault="00685434" w:rsidP="003527FD">
      <w:pPr>
        <w:jc w:val="center"/>
        <w:rPr>
          <w:b/>
          <w:bCs/>
          <w:lang w:val="es-MX"/>
        </w:rPr>
      </w:pPr>
      <w:r w:rsidRPr="003527FD">
        <w:rPr>
          <w:b/>
          <w:bCs/>
          <w:lang w:val="es-MX"/>
        </w:rPr>
        <w:t>Guía para colaboradores del Laboratorio de Alimentos Funcionales y Nutracéuticos</w:t>
      </w:r>
    </w:p>
    <w:p w14:paraId="4879E186" w14:textId="77777777" w:rsidR="00B11BE0" w:rsidRPr="003527FD" w:rsidRDefault="00685434" w:rsidP="003527FD">
      <w:pPr>
        <w:jc w:val="both"/>
        <w:rPr>
          <w:b/>
          <w:bCs/>
          <w:lang w:val="es-MX"/>
        </w:rPr>
      </w:pPr>
      <w:r w:rsidRPr="003527FD">
        <w:rPr>
          <w:b/>
          <w:bCs/>
          <w:lang w:val="es-MX"/>
        </w:rPr>
        <w:t>Una cápsula convierte un hallazgo científico en una historia breve, comprensible y respaldada por evidencia. No necesitas ser especialista en comunicación: empieza con una pregunta que despierte curiosidad.</w:t>
      </w:r>
    </w:p>
    <w:p w14:paraId="06CDA00F" w14:textId="76F0E5A3" w:rsidR="00B11BE0" w:rsidRPr="003527FD" w:rsidRDefault="00685434" w:rsidP="003527FD">
      <w:pPr>
        <w:rPr>
          <w:b/>
          <w:bCs/>
          <w:lang w:val="es-MX"/>
        </w:rPr>
      </w:pPr>
      <w:r w:rsidRPr="003527FD">
        <w:rPr>
          <w:b/>
          <w:bCs/>
          <w:lang w:val="es-MX"/>
        </w:rPr>
        <w:t>Datos de la colaboración</w:t>
      </w:r>
      <w:r w:rsidR="003527FD" w:rsidRPr="003527FD">
        <w:rPr>
          <w:i/>
          <w:iCs/>
          <w:color w:val="BFBFBF" w:themeColor="background1" w:themeShade="BF"/>
          <w:lang w:val="es-MX"/>
        </w:rPr>
        <w:t xml:space="preserve"> </w:t>
      </w:r>
    </w:p>
    <w:p w14:paraId="198212C7" w14:textId="11B8BB2A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 xml:space="preserve">Nombre de quien escribe: </w:t>
      </w:r>
    </w:p>
    <w:p w14:paraId="2E172008" w14:textId="363E5E69" w:rsidR="00B11BE0" w:rsidRPr="003527FD" w:rsidRDefault="00685434" w:rsidP="003527FD">
      <w:pPr>
        <w:rPr>
          <w:i/>
          <w:iCs/>
          <w:color w:val="BFBFBF" w:themeColor="background1" w:themeShade="BF"/>
          <w:lang w:val="es-MX"/>
        </w:rPr>
      </w:pPr>
      <w:r w:rsidRPr="003527FD">
        <w:rPr>
          <w:lang w:val="es-MX"/>
        </w:rPr>
        <w:t xml:space="preserve">Institución o programa académico: </w:t>
      </w:r>
    </w:p>
    <w:p w14:paraId="48348E2D" w14:textId="1636253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 xml:space="preserve">Correo de contacto para coordinación (no se publica): </w:t>
      </w:r>
    </w:p>
    <w:p w14:paraId="233F21D3" w14:textId="7AEDF753" w:rsidR="00B11BE0" w:rsidRPr="003527FD" w:rsidRDefault="00685434" w:rsidP="003527FD">
      <w:pPr>
        <w:rPr>
          <w:i/>
          <w:iCs/>
          <w:color w:val="BFBFBF" w:themeColor="background1" w:themeShade="BF"/>
          <w:lang w:val="es-MX"/>
        </w:rPr>
      </w:pPr>
      <w:r w:rsidRPr="003527FD">
        <w:rPr>
          <w:lang w:val="es-MX"/>
        </w:rPr>
        <w:t xml:space="preserve">Tema propuesto: </w:t>
      </w:r>
    </w:p>
    <w:p w14:paraId="48016E73" w14:textId="402F8AD6" w:rsidR="00B11BE0" w:rsidRPr="003527FD" w:rsidRDefault="00685434" w:rsidP="003527FD">
      <w:pPr>
        <w:rPr>
          <w:i/>
          <w:iCs/>
          <w:color w:val="BFBFBF" w:themeColor="background1" w:themeShade="BF"/>
          <w:lang w:val="es-MX"/>
        </w:rPr>
      </w:pPr>
      <w:r w:rsidRPr="003527FD">
        <w:rPr>
          <w:lang w:val="es-MX"/>
        </w:rPr>
        <w:t>Fotografía o ilustración, autoría y fuente</w:t>
      </w:r>
      <w:r w:rsidR="003527FD">
        <w:rPr>
          <w:lang w:val="es-MX"/>
        </w:rPr>
        <w:t xml:space="preserve">: </w:t>
      </w:r>
    </w:p>
    <w:p w14:paraId="79F70099" w14:textId="6751978B" w:rsidR="00B11BE0" w:rsidRPr="003527FD" w:rsidRDefault="00685434" w:rsidP="003527FD">
      <w:pPr>
        <w:rPr>
          <w:i/>
          <w:iCs/>
          <w:color w:val="BFBFBF" w:themeColor="background1" w:themeShade="BF"/>
          <w:lang w:val="es-MX"/>
        </w:rPr>
      </w:pPr>
      <w:r w:rsidRPr="003527FD">
        <w:rPr>
          <w:lang w:val="es-MX"/>
        </w:rPr>
        <w:t xml:space="preserve">Enlace de la imagen y permiso o licencia de uso: </w:t>
      </w:r>
    </w:p>
    <w:p w14:paraId="13DEF116" w14:textId="77777777" w:rsidR="00B11BE0" w:rsidRPr="003527FD" w:rsidRDefault="00685434" w:rsidP="003527FD">
      <w:pPr>
        <w:rPr>
          <w:b/>
          <w:bCs/>
          <w:lang w:val="es-MX"/>
        </w:rPr>
      </w:pPr>
      <w:r w:rsidRPr="003527FD">
        <w:rPr>
          <w:b/>
          <w:bCs/>
          <w:lang w:val="es-MX"/>
        </w:rPr>
        <w:t>Guía de entrega</w:t>
      </w:r>
    </w:p>
    <w:p w14:paraId="6AD38413" w14:textId="77777777" w:rsidR="00B11BE0" w:rsidRPr="003527FD" w:rsidRDefault="00685434" w:rsidP="003527FD">
      <w:pPr>
        <w:rPr>
          <w:lang w:val="es-MX"/>
        </w:rPr>
      </w:pPr>
      <w:r w:rsidRPr="003527FD">
        <w:rPr>
          <w:b/>
          <w:bCs/>
          <w:lang w:val="es-MX"/>
        </w:rPr>
        <w:t>Extensión:</w:t>
      </w:r>
      <w:r w:rsidRPr="003527FD">
        <w:rPr>
          <w:lang w:val="es-MX"/>
        </w:rPr>
        <w:t xml:space="preserve"> entre 250 y 350 palabras, sin contar datos de contacto ni referencias.</w:t>
      </w:r>
    </w:p>
    <w:p w14:paraId="4F7EB7C0" w14:textId="24E459B1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 xml:space="preserve">Público: </w:t>
      </w:r>
      <w:r w:rsidR="003527FD">
        <w:rPr>
          <w:lang w:val="es-MX"/>
        </w:rPr>
        <w:t xml:space="preserve">dirigido a </w:t>
      </w:r>
      <w:r w:rsidRPr="003527FD">
        <w:rPr>
          <w:lang w:val="es-MX"/>
        </w:rPr>
        <w:t>personas interesadas en ciencia, sin conocimientos especializados.</w:t>
      </w:r>
    </w:p>
    <w:p w14:paraId="4B5C1B7D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Enfoque: una idea principal, tres apartados breves y un cierre claro.</w:t>
      </w:r>
    </w:p>
    <w:p w14:paraId="279762FA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Fuentes: de dos a cuatro referencias verificables; prioriza investigaciones originales.</w:t>
      </w:r>
    </w:p>
    <w:p w14:paraId="75BCDF1E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Imagen: una fotografía o ilustración propia o con permiso de uso. Incluye crédito y fuente.</w:t>
      </w:r>
    </w:p>
    <w:p w14:paraId="69C87AFB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Estilo: explica los términos técnicos, usa ejemplos cotidianos y distingue resultados de hipótesis.</w:t>
      </w:r>
    </w:p>
    <w:p w14:paraId="4B22DD67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Autoría: conserva el reconocimiento a quienes hicieron la investigación; escribir la cápsula no implica haber realizado el estudio.</w:t>
      </w:r>
    </w:p>
    <w:p w14:paraId="139499AE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Entrega: envía el texto editable y la imagen por separado a alan.ruiz@unison.mx, con asunto «Propuesta de cápsula · Voces LAFN».</w:t>
      </w:r>
    </w:p>
    <w:p w14:paraId="46D852D8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Antes de publicarla, se propone revisar claridad, referencias, alcance de las afirmaciones y derechos de la imagen con el equipo LAFN. Los ajustes y la firma final se acuerdan con quien escribe.</w:t>
      </w:r>
    </w:p>
    <w:p w14:paraId="73EF0FDE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br w:type="page"/>
      </w:r>
    </w:p>
    <w:p w14:paraId="3540AAF7" w14:textId="77777777" w:rsidR="00B11BE0" w:rsidRPr="003527FD" w:rsidRDefault="00685434" w:rsidP="003527FD">
      <w:pPr>
        <w:rPr>
          <w:b/>
          <w:bCs/>
          <w:lang w:val="es-MX"/>
        </w:rPr>
      </w:pPr>
      <w:r w:rsidRPr="003527FD">
        <w:rPr>
          <w:b/>
          <w:bCs/>
          <w:lang w:val="es-MX"/>
        </w:rPr>
        <w:lastRenderedPageBreak/>
        <w:t>Escribe tu cápsula</w:t>
      </w:r>
    </w:p>
    <w:p w14:paraId="0CEB8E31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Sustituye las indicaciones entre corchetes por tu texto. Conserva una idea principal y utiliza palabras comprensibles para el público general.</w:t>
      </w:r>
    </w:p>
    <w:p w14:paraId="43BA93B7" w14:textId="77777777" w:rsidR="00B11BE0" w:rsidRPr="003527FD" w:rsidRDefault="00685434" w:rsidP="003527FD">
      <w:pPr>
        <w:rPr>
          <w:lang w:val="es-MX"/>
        </w:rPr>
      </w:pPr>
      <w:r w:rsidRPr="003527FD">
        <w:rPr>
          <w:b/>
          <w:bCs/>
          <w:lang w:val="es-MX"/>
        </w:rPr>
        <w:t>Título</w:t>
      </w:r>
      <w:r w:rsidRPr="003527FD">
        <w:rPr>
          <w:lang w:val="es-MX"/>
        </w:rPr>
        <w:t>: [Una pregunta o frase breve que despierte curiosidad. Evita promesas de salud o títulos que exageren el hallazgo.]</w:t>
      </w:r>
    </w:p>
    <w:p w14:paraId="67C1A9DF" w14:textId="77777777" w:rsidR="00B11BE0" w:rsidRPr="003527FD" w:rsidRDefault="00685434" w:rsidP="003527FD">
      <w:pPr>
        <w:rPr>
          <w:lang w:val="es-MX"/>
        </w:rPr>
      </w:pPr>
      <w:r w:rsidRPr="003527FD">
        <w:rPr>
          <w:b/>
          <w:bCs/>
          <w:lang w:val="es-MX"/>
        </w:rPr>
        <w:t>Por</w:t>
      </w:r>
      <w:r w:rsidRPr="003527FD">
        <w:rPr>
          <w:lang w:val="es-MX"/>
        </w:rPr>
        <w:t xml:space="preserve"> [Nombre y apellidos] · [Afiliación]</w:t>
      </w:r>
    </w:p>
    <w:p w14:paraId="0B9EBA6A" w14:textId="77777777" w:rsidR="00B11BE0" w:rsidRPr="003527FD" w:rsidRDefault="00685434" w:rsidP="003527FD">
      <w:pPr>
        <w:rPr>
          <w:b/>
          <w:bCs/>
          <w:lang w:val="es-MX"/>
        </w:rPr>
      </w:pPr>
      <w:r w:rsidRPr="003527FD">
        <w:rPr>
          <w:b/>
          <w:bCs/>
          <w:lang w:val="es-MX"/>
        </w:rPr>
        <w:t>La pregunta que nos acerca</w:t>
      </w:r>
    </w:p>
    <w:p w14:paraId="63622549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[Abre con una situación cotidiana, una pregunta o un dato sorprendente. Explica en palabras sencillas qué fenómeno quieres contar y por qué puede interesarnos.]</w:t>
      </w:r>
    </w:p>
    <w:p w14:paraId="473D44E0" w14:textId="77777777" w:rsidR="00B11BE0" w:rsidRPr="003527FD" w:rsidRDefault="00685434" w:rsidP="003527FD">
      <w:pPr>
        <w:rPr>
          <w:b/>
          <w:bCs/>
          <w:lang w:val="es-MX"/>
        </w:rPr>
      </w:pPr>
      <w:r w:rsidRPr="003527FD">
        <w:rPr>
          <w:b/>
          <w:bCs/>
          <w:lang w:val="es-MX"/>
        </w:rPr>
        <w:t>Lo que encontró la ciencia</w:t>
      </w:r>
    </w:p>
    <w:p w14:paraId="148819AC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[Describe uno o dos hallazgos concretos. Explica qué se estudió, cómo y qué se observó. Aclara si se trabajó con alimentos en laboratorio, células, animales o personas. Coloca [1] o [2] junto a las afirmaciones que dependan de una fuente.]</w:t>
      </w:r>
    </w:p>
    <w:p w14:paraId="444D9C39" w14:textId="77777777" w:rsidR="00B11BE0" w:rsidRPr="003527FD" w:rsidRDefault="00685434" w:rsidP="003527FD">
      <w:pPr>
        <w:rPr>
          <w:b/>
          <w:bCs/>
          <w:lang w:val="es-MX"/>
        </w:rPr>
      </w:pPr>
      <w:r w:rsidRPr="003527FD">
        <w:rPr>
          <w:b/>
          <w:bCs/>
          <w:lang w:val="es-MX"/>
        </w:rPr>
        <w:t>¿Por qué importa?</w:t>
      </w:r>
    </w:p>
    <w:p w14:paraId="706F0E25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t>[Relaciona el hallazgo con la alimentación, la tecnología, el ambiente o la vida cotidiana. Cierra con una idea memorable o una pregunta abierta.]</w:t>
      </w:r>
    </w:p>
    <w:p w14:paraId="6F7EA0AB" w14:textId="77777777" w:rsidR="00B11BE0" w:rsidRPr="003527FD" w:rsidRDefault="00685434" w:rsidP="003527FD">
      <w:pPr>
        <w:rPr>
          <w:lang w:val="es-MX"/>
        </w:rPr>
      </w:pPr>
      <w:r w:rsidRPr="003527FD">
        <w:rPr>
          <w:b/>
          <w:bCs/>
          <w:lang w:val="es-MX"/>
        </w:rPr>
        <w:t>Alcance de la evidencia:</w:t>
      </w:r>
      <w:r w:rsidRPr="003527FD">
        <w:rPr>
          <w:lang w:val="es-MX"/>
        </w:rPr>
        <w:t xml:space="preserve"> [Explica brevemente qué no se ha demostrado todavía. Por ejemplo: «Estos resultados proceden de ensayos de laboratorio y aún no demuestran un beneficio en personas». Adapta la aclaración al estudio.]</w:t>
      </w:r>
    </w:p>
    <w:p w14:paraId="67E6AA71" w14:textId="77777777" w:rsidR="00B11BE0" w:rsidRPr="003527FD" w:rsidRDefault="00685434" w:rsidP="003527FD">
      <w:pPr>
        <w:rPr>
          <w:b/>
          <w:bCs/>
          <w:lang w:val="es-MX"/>
        </w:rPr>
      </w:pPr>
      <w:r w:rsidRPr="003527FD">
        <w:rPr>
          <w:b/>
          <w:bCs/>
          <w:lang w:val="es-MX"/>
        </w:rPr>
        <w:t>Referencias</w:t>
      </w:r>
    </w:p>
    <w:p w14:paraId="1725A7AA" w14:textId="77777777" w:rsidR="00B11BE0" w:rsidRPr="003527FD" w:rsidRDefault="00685434" w:rsidP="003527FD">
      <w:pPr>
        <w:rPr>
          <w:lang w:val="pt-BR"/>
        </w:rPr>
      </w:pPr>
      <w:r w:rsidRPr="003527FD">
        <w:rPr>
          <w:lang w:val="es-MX"/>
        </w:rPr>
        <w:t xml:space="preserve">1. [Autores. Año. Título. Revista o institución. </w:t>
      </w:r>
      <w:r w:rsidRPr="003527FD">
        <w:rPr>
          <w:lang w:val="pt-BR"/>
        </w:rPr>
        <w:t>DOI o enlace al documento original.]</w:t>
      </w:r>
    </w:p>
    <w:p w14:paraId="1A9DECD7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pt-BR"/>
        </w:rPr>
        <w:t xml:space="preserve">2. [Autores. </w:t>
      </w:r>
      <w:r w:rsidRPr="003527FD">
        <w:rPr>
          <w:lang w:val="es-MX"/>
        </w:rPr>
        <w:t>Año. Título. Revista o institución. DOI o enlace al documento original.]</w:t>
      </w:r>
    </w:p>
    <w:p w14:paraId="3793C3E8" w14:textId="77777777" w:rsidR="00B11BE0" w:rsidRPr="003527FD" w:rsidRDefault="00685434" w:rsidP="003527FD">
      <w:pPr>
        <w:rPr>
          <w:lang w:val="es-MX"/>
        </w:rPr>
      </w:pPr>
      <w:r w:rsidRPr="003527FD">
        <w:rPr>
          <w:b/>
          <w:bCs/>
          <w:lang w:val="es-MX"/>
        </w:rPr>
        <w:t>Imagen</w:t>
      </w:r>
      <w:r w:rsidRPr="003527FD">
        <w:rPr>
          <w:lang w:val="es-MX"/>
        </w:rPr>
        <w:t>: [Descripción breve de lo que muestra.]</w:t>
      </w:r>
    </w:p>
    <w:p w14:paraId="3ACF5FEB" w14:textId="77777777" w:rsidR="00B11BE0" w:rsidRPr="003527FD" w:rsidRDefault="00685434" w:rsidP="003527FD">
      <w:pPr>
        <w:rPr>
          <w:lang w:val="es-MX"/>
        </w:rPr>
      </w:pPr>
      <w:r w:rsidRPr="003527FD">
        <w:rPr>
          <w:b/>
          <w:bCs/>
          <w:lang w:val="es-MX"/>
        </w:rPr>
        <w:t>Crédito</w:t>
      </w:r>
      <w:r w:rsidRPr="003527FD">
        <w:rPr>
          <w:lang w:val="es-MX"/>
        </w:rPr>
        <w:t>: [Nombre de quien creó la imagen / fuente / licencia o permiso.]</w:t>
      </w:r>
    </w:p>
    <w:p w14:paraId="409F7C88" w14:textId="77777777" w:rsidR="00B11BE0" w:rsidRPr="003527FD" w:rsidRDefault="00685434" w:rsidP="003527FD">
      <w:pPr>
        <w:rPr>
          <w:lang w:val="es-MX"/>
        </w:rPr>
      </w:pPr>
      <w:r w:rsidRPr="003527FD">
        <w:rPr>
          <w:lang w:val="es-MX"/>
        </w:rPr>
        <w:br w:type="page"/>
      </w:r>
    </w:p>
    <w:sectPr w:rsidR="00B11BE0" w:rsidRPr="003527FD" w:rsidSect="003527FD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6977891">
    <w:abstractNumId w:val="8"/>
  </w:num>
  <w:num w:numId="2" w16cid:durableId="1663582136">
    <w:abstractNumId w:val="6"/>
  </w:num>
  <w:num w:numId="3" w16cid:durableId="772169955">
    <w:abstractNumId w:val="5"/>
  </w:num>
  <w:num w:numId="4" w16cid:durableId="76903925">
    <w:abstractNumId w:val="4"/>
  </w:num>
  <w:num w:numId="5" w16cid:durableId="2045788031">
    <w:abstractNumId w:val="7"/>
  </w:num>
  <w:num w:numId="6" w16cid:durableId="1108890452">
    <w:abstractNumId w:val="3"/>
  </w:num>
  <w:num w:numId="7" w16cid:durableId="1391348507">
    <w:abstractNumId w:val="2"/>
  </w:num>
  <w:num w:numId="8" w16cid:durableId="2125927979">
    <w:abstractNumId w:val="1"/>
  </w:num>
  <w:num w:numId="9" w16cid:durableId="133399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27FD"/>
    <w:rsid w:val="00685434"/>
    <w:rsid w:val="00836A22"/>
    <w:rsid w:val="00AA1D8D"/>
    <w:rsid w:val="00B11BE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8AD16C"/>
  <w14:defaultImageDpi w14:val="300"/>
  <w15:docId w15:val="{DF517D29-10AB-47EC-B876-E3C2AA86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527FD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527F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2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468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divulgación Voces LAFN</dc:title>
  <dc:subject/>
  <dc:creator>Alan A. Ruiz-Hernández · LAFN</dc:creator>
  <cp:keywords/>
  <dc:description>generated by python-docx</dc:description>
  <cp:lastModifiedBy>Alan Ruiz</cp:lastModifiedBy>
  <cp:revision>2</cp:revision>
  <dcterms:created xsi:type="dcterms:W3CDTF">2026-10-20T02:03:00Z</dcterms:created>
  <dcterms:modified xsi:type="dcterms:W3CDTF">2026-10-20T02:03:00Z</dcterms:modified>
  <cp:category/>
</cp:coreProperties>
</file>